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D4B10" w14:textId="31D3776D" w:rsidR="009C4443" w:rsidRPr="00212C00" w:rsidRDefault="00212C00" w:rsidP="00212C00">
      <w:pPr>
        <w:rPr>
          <w:sz w:val="28"/>
          <w:szCs w:val="28"/>
        </w:rPr>
      </w:pPr>
      <w:r w:rsidRPr="00212C00">
        <w:rPr>
          <w:b/>
          <w:color w:val="1B365D"/>
          <w:sz w:val="28"/>
          <w:szCs w:val="28"/>
        </w:rPr>
        <w:t>TRƯỜNG THCS ĐỖ ĐỘNG</w:t>
      </w:r>
    </w:p>
    <w:p w14:paraId="5CE297A3" w14:textId="7FCA0185" w:rsidR="009C4443" w:rsidRPr="004947FE" w:rsidRDefault="00212C00">
      <w:pPr>
        <w:spacing w:before="240" w:after="360" w:line="300" w:lineRule="auto"/>
        <w:jc w:val="both"/>
        <w:rPr>
          <w:i/>
          <w:iCs/>
          <w:sz w:val="28"/>
          <w:szCs w:val="28"/>
        </w:rPr>
      </w:pPr>
      <w:r w:rsidRPr="004947FE">
        <w:rPr>
          <w:i/>
          <w:iCs/>
          <w:sz w:val="28"/>
          <w:szCs w:val="28"/>
        </w:rPr>
        <w:t xml:space="preserve">          </w:t>
      </w:r>
      <w:proofErr w:type="spellStart"/>
      <w:r w:rsidRPr="004947FE">
        <w:rPr>
          <w:i/>
          <w:iCs/>
          <w:sz w:val="28"/>
          <w:szCs w:val="28"/>
        </w:rPr>
        <w:t>Kỳ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thi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tuyển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sinh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vào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lớp</w:t>
      </w:r>
      <w:proofErr w:type="spellEnd"/>
      <w:r w:rsidRPr="004947FE">
        <w:rPr>
          <w:i/>
          <w:iCs/>
          <w:sz w:val="28"/>
          <w:szCs w:val="28"/>
        </w:rPr>
        <w:t xml:space="preserve"> 10 </w:t>
      </w:r>
      <w:proofErr w:type="spellStart"/>
      <w:r w:rsidRPr="004947FE">
        <w:rPr>
          <w:i/>
          <w:iCs/>
          <w:sz w:val="28"/>
          <w:szCs w:val="28"/>
        </w:rPr>
        <w:t>là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một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cột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mốc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quan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trọng</w:t>
      </w:r>
      <w:proofErr w:type="spellEnd"/>
      <w:r w:rsidRPr="004947FE">
        <w:rPr>
          <w:i/>
          <w:iCs/>
          <w:sz w:val="28"/>
          <w:szCs w:val="28"/>
        </w:rPr>
        <w:t xml:space="preserve">, </w:t>
      </w:r>
      <w:proofErr w:type="spellStart"/>
      <w:r w:rsidRPr="004947FE">
        <w:rPr>
          <w:i/>
          <w:iCs/>
          <w:sz w:val="28"/>
          <w:szCs w:val="28"/>
        </w:rPr>
        <w:t>đánh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dấu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sự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trưởng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thành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và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nỗ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lực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không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ngừng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nghỉ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của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các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em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học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sinh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sau</w:t>
      </w:r>
      <w:proofErr w:type="spellEnd"/>
      <w:r w:rsidRPr="004947FE">
        <w:rPr>
          <w:i/>
          <w:iCs/>
          <w:sz w:val="28"/>
          <w:szCs w:val="28"/>
        </w:rPr>
        <w:t xml:space="preserve"> 9 </w:t>
      </w:r>
      <w:proofErr w:type="spellStart"/>
      <w:r w:rsidRPr="004947FE">
        <w:rPr>
          <w:i/>
          <w:iCs/>
          <w:sz w:val="28"/>
          <w:szCs w:val="28"/>
        </w:rPr>
        <w:t>năm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đèn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sách</w:t>
      </w:r>
      <w:proofErr w:type="spellEnd"/>
      <w:r w:rsidRPr="004947FE">
        <w:rPr>
          <w:i/>
          <w:iCs/>
          <w:sz w:val="28"/>
          <w:szCs w:val="28"/>
        </w:rPr>
        <w:t xml:space="preserve">. </w:t>
      </w:r>
      <w:proofErr w:type="spellStart"/>
      <w:r w:rsidRPr="004947FE">
        <w:rPr>
          <w:i/>
          <w:iCs/>
          <w:sz w:val="28"/>
          <w:szCs w:val="28"/>
        </w:rPr>
        <w:t>Nhà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trường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xin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trân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trọng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tuyên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dương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và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vinh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danh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những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gương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mặt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xuất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sắc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nhất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đã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đạt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thành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tích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cao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trở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thành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niềm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tự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hào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của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gia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đình</w:t>
      </w:r>
      <w:proofErr w:type="spellEnd"/>
      <w:r w:rsidRPr="004947FE">
        <w:rPr>
          <w:i/>
          <w:iCs/>
          <w:sz w:val="28"/>
          <w:szCs w:val="28"/>
        </w:rPr>
        <w:t xml:space="preserve">, </w:t>
      </w:r>
      <w:proofErr w:type="spellStart"/>
      <w:r w:rsidRPr="004947FE">
        <w:rPr>
          <w:i/>
          <w:iCs/>
          <w:sz w:val="28"/>
          <w:szCs w:val="28"/>
        </w:rPr>
        <w:t>thầy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cô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và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nhà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trường</w:t>
      </w:r>
      <w:proofErr w:type="spellEnd"/>
      <w:r w:rsidRPr="004947FE">
        <w:rPr>
          <w:i/>
          <w:iCs/>
          <w:sz w:val="28"/>
          <w:szCs w:val="28"/>
        </w:rPr>
        <w:t xml:space="preserve">. </w:t>
      </w:r>
      <w:proofErr w:type="spellStart"/>
      <w:r w:rsidRPr="004947FE">
        <w:rPr>
          <w:i/>
          <w:iCs/>
          <w:sz w:val="28"/>
          <w:szCs w:val="28"/>
        </w:rPr>
        <w:t>Chúc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các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em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tiếp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tục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giữ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vững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ngọn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lửa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đam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mê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để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tỏa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sáng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hơn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nữa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dư</w:t>
      </w:r>
      <w:r w:rsidR="004947FE" w:rsidRPr="004947FE">
        <w:rPr>
          <w:rFonts w:eastAsia="Times New Roman" w:cs="Times New Roman"/>
          <w:i/>
          <w:iCs/>
          <w:noProof/>
          <w:sz w:val="28"/>
          <w:szCs w:val="28"/>
        </w:rPr>
        <w:t>ớ</w:t>
      </w:r>
      <w:r w:rsidRPr="004947FE">
        <w:rPr>
          <w:i/>
          <w:iCs/>
          <w:sz w:val="28"/>
          <w:szCs w:val="28"/>
        </w:rPr>
        <w:t>i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mái</w:t>
      </w:r>
      <w:proofErr w:type="spellEnd"/>
      <w:r w:rsidRPr="004947FE">
        <w:rPr>
          <w:i/>
          <w:iCs/>
          <w:sz w:val="28"/>
          <w:szCs w:val="28"/>
        </w:rPr>
        <w:t xml:space="preserve"> </w:t>
      </w:r>
      <w:proofErr w:type="spellStart"/>
      <w:r w:rsidRPr="004947FE">
        <w:rPr>
          <w:i/>
          <w:iCs/>
          <w:sz w:val="28"/>
          <w:szCs w:val="28"/>
        </w:rPr>
        <w:t>trường</w:t>
      </w:r>
      <w:proofErr w:type="spellEnd"/>
      <w:r w:rsidRPr="004947FE">
        <w:rPr>
          <w:i/>
          <w:iCs/>
          <w:sz w:val="28"/>
          <w:szCs w:val="28"/>
        </w:rPr>
        <w:t xml:space="preserve"> THPT.</w:t>
      </w:r>
    </w:p>
    <w:p w14:paraId="1C3FDD43" w14:textId="6FC5D29D" w:rsidR="009C4443" w:rsidRDefault="00000000">
      <w:pPr>
        <w:keepNext/>
        <w:spacing w:before="320" w:after="160"/>
      </w:pPr>
      <w:r>
        <w:rPr>
          <w:b/>
          <w:color w:val="1B365D"/>
          <w:sz w:val="26"/>
        </w:rPr>
        <w:t xml:space="preserve"> Top Học Sinh </w:t>
      </w:r>
      <w:proofErr w:type="spellStart"/>
      <w:r>
        <w:rPr>
          <w:b/>
          <w:color w:val="1B365D"/>
          <w:sz w:val="26"/>
        </w:rPr>
        <w:t>Có</w:t>
      </w:r>
      <w:proofErr w:type="spellEnd"/>
      <w:r>
        <w:rPr>
          <w:b/>
          <w:color w:val="1B365D"/>
          <w:sz w:val="26"/>
        </w:rPr>
        <w:t xml:space="preserve"> </w:t>
      </w:r>
      <w:proofErr w:type="spellStart"/>
      <w:r>
        <w:rPr>
          <w:b/>
          <w:color w:val="1B365D"/>
          <w:sz w:val="26"/>
        </w:rPr>
        <w:t>Điểm</w:t>
      </w:r>
      <w:proofErr w:type="spellEnd"/>
      <w:r>
        <w:rPr>
          <w:b/>
          <w:color w:val="1B365D"/>
          <w:sz w:val="26"/>
        </w:rPr>
        <w:t xml:space="preserve"> </w:t>
      </w:r>
      <w:proofErr w:type="spellStart"/>
      <w:r>
        <w:rPr>
          <w:b/>
          <w:color w:val="1B365D"/>
          <w:sz w:val="26"/>
        </w:rPr>
        <w:t>Số</w:t>
      </w:r>
      <w:proofErr w:type="spellEnd"/>
      <w:r>
        <w:rPr>
          <w:b/>
          <w:color w:val="1B365D"/>
          <w:sz w:val="26"/>
        </w:rPr>
        <w:t xml:space="preserve"> Cao Nhất</w:t>
      </w:r>
    </w:p>
    <w:tbl>
      <w:tblPr>
        <w:tblW w:w="9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30"/>
        <w:gridCol w:w="3377"/>
        <w:gridCol w:w="1095"/>
        <w:gridCol w:w="1071"/>
        <w:gridCol w:w="1107"/>
        <w:gridCol w:w="1552"/>
      </w:tblGrid>
      <w:tr w:rsidR="004947FE" w:rsidRPr="004947FE" w14:paraId="1A53B458" w14:textId="6A0685A5" w:rsidTr="004947FE">
        <w:trPr>
          <w:jc w:val="center"/>
        </w:trPr>
        <w:tc>
          <w:tcPr>
            <w:tcW w:w="830" w:type="dxa"/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918114E" w14:textId="77777777" w:rsidR="004947FE" w:rsidRPr="004947FE" w:rsidRDefault="004947F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47FE">
              <w:rPr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3377" w:type="dxa"/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B5CBF7F" w14:textId="77777777" w:rsidR="004947FE" w:rsidRPr="004947FE" w:rsidRDefault="004947FE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947FE">
              <w:rPr>
                <w:b/>
                <w:color w:val="000000" w:themeColor="text1"/>
                <w:sz w:val="28"/>
                <w:szCs w:val="28"/>
              </w:rPr>
              <w:t>Họ</w:t>
            </w:r>
            <w:proofErr w:type="spellEnd"/>
            <w:r w:rsidRPr="004947FE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947FE">
              <w:rPr>
                <w:b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4947FE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947FE">
              <w:rPr>
                <w:b/>
                <w:color w:val="000000" w:themeColor="text1"/>
                <w:sz w:val="28"/>
                <w:szCs w:val="28"/>
              </w:rPr>
              <w:t>Tên</w:t>
            </w:r>
            <w:proofErr w:type="spellEnd"/>
          </w:p>
        </w:tc>
        <w:tc>
          <w:tcPr>
            <w:tcW w:w="1095" w:type="dxa"/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0F78213" w14:textId="77777777" w:rsidR="004947FE" w:rsidRPr="004947FE" w:rsidRDefault="004947FE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947FE">
              <w:rPr>
                <w:b/>
                <w:color w:val="000000" w:themeColor="text1"/>
                <w:sz w:val="28"/>
                <w:szCs w:val="28"/>
              </w:rPr>
              <w:t>Toán</w:t>
            </w:r>
            <w:proofErr w:type="spellEnd"/>
          </w:p>
        </w:tc>
        <w:tc>
          <w:tcPr>
            <w:tcW w:w="1071" w:type="dxa"/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245BDFE" w14:textId="77777777" w:rsidR="004947FE" w:rsidRPr="004947FE" w:rsidRDefault="004947FE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947FE">
              <w:rPr>
                <w:b/>
                <w:color w:val="000000" w:themeColor="text1"/>
                <w:sz w:val="28"/>
                <w:szCs w:val="28"/>
              </w:rPr>
              <w:t>Ngữ</w:t>
            </w:r>
            <w:proofErr w:type="spellEnd"/>
            <w:r w:rsidRPr="004947FE">
              <w:rPr>
                <w:b/>
                <w:color w:val="000000" w:themeColor="text1"/>
                <w:sz w:val="28"/>
                <w:szCs w:val="28"/>
              </w:rPr>
              <w:t xml:space="preserve"> Văn</w:t>
            </w:r>
          </w:p>
        </w:tc>
        <w:tc>
          <w:tcPr>
            <w:tcW w:w="1107" w:type="dxa"/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89665C3" w14:textId="77777777" w:rsidR="004947FE" w:rsidRPr="004947FE" w:rsidRDefault="004947FE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947FE">
              <w:rPr>
                <w:b/>
                <w:color w:val="000000" w:themeColor="text1"/>
                <w:sz w:val="28"/>
                <w:szCs w:val="28"/>
              </w:rPr>
              <w:t>Ngoại</w:t>
            </w:r>
            <w:proofErr w:type="spellEnd"/>
            <w:r w:rsidRPr="004947FE">
              <w:rPr>
                <w:b/>
                <w:color w:val="000000" w:themeColor="text1"/>
                <w:sz w:val="28"/>
                <w:szCs w:val="28"/>
              </w:rPr>
              <w:t xml:space="preserve"> Ngữ</w:t>
            </w:r>
          </w:p>
        </w:tc>
        <w:tc>
          <w:tcPr>
            <w:tcW w:w="1552" w:type="dxa"/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CCAC77C" w14:textId="77777777" w:rsidR="004947FE" w:rsidRPr="004947FE" w:rsidRDefault="004947FE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947FE">
              <w:rPr>
                <w:b/>
                <w:color w:val="000000" w:themeColor="text1"/>
                <w:sz w:val="28"/>
                <w:szCs w:val="28"/>
              </w:rPr>
              <w:t>Tổng</w:t>
            </w:r>
            <w:proofErr w:type="spellEnd"/>
            <w:r w:rsidRPr="004947FE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947FE">
              <w:rPr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</w:tr>
      <w:tr w:rsidR="004947FE" w:rsidRPr="004947FE" w14:paraId="339AC726" w14:textId="58DDFCB4" w:rsidTr="004947FE">
        <w:trPr>
          <w:jc w:val="center"/>
        </w:trPr>
        <w:tc>
          <w:tcPr>
            <w:tcW w:w="83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3A54B6" w14:textId="0253CB18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1</w:t>
            </w:r>
          </w:p>
        </w:tc>
        <w:tc>
          <w:tcPr>
            <w:tcW w:w="337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D07B33" w14:textId="4ABE8950" w:rsidR="004947FE" w:rsidRPr="004947FE" w:rsidRDefault="004947FE">
            <w:pPr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Nguyễn An San</w:t>
            </w:r>
          </w:p>
        </w:tc>
        <w:tc>
          <w:tcPr>
            <w:tcW w:w="1095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DB24B7" w14:textId="2F786C79" w:rsidR="004947FE" w:rsidRPr="004947FE" w:rsidRDefault="004947FE">
            <w:pPr>
              <w:jc w:val="center"/>
              <w:rPr>
                <w:b/>
                <w:bCs/>
                <w:sz w:val="28"/>
                <w:szCs w:val="28"/>
              </w:rPr>
            </w:pPr>
            <w:r w:rsidRPr="004947FE">
              <w:rPr>
                <w:b/>
                <w:bCs/>
                <w:sz w:val="28"/>
                <w:szCs w:val="28"/>
              </w:rPr>
              <w:t>8.25</w:t>
            </w:r>
          </w:p>
        </w:tc>
        <w:tc>
          <w:tcPr>
            <w:tcW w:w="107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71C6915" w14:textId="5301DB11" w:rsidR="004947FE" w:rsidRPr="004947FE" w:rsidRDefault="004947FE">
            <w:pPr>
              <w:jc w:val="center"/>
              <w:rPr>
                <w:b/>
                <w:bCs/>
                <w:sz w:val="28"/>
                <w:szCs w:val="28"/>
              </w:rPr>
            </w:pPr>
            <w:r w:rsidRPr="004947FE">
              <w:rPr>
                <w:b/>
                <w:bCs/>
                <w:sz w:val="28"/>
                <w:szCs w:val="28"/>
              </w:rPr>
              <w:t>8.75</w:t>
            </w:r>
          </w:p>
        </w:tc>
        <w:tc>
          <w:tcPr>
            <w:tcW w:w="110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F813FC" w14:textId="27CB1930" w:rsidR="004947FE" w:rsidRPr="004947FE" w:rsidRDefault="004947FE">
            <w:pPr>
              <w:jc w:val="center"/>
              <w:rPr>
                <w:b/>
                <w:bCs/>
                <w:sz w:val="28"/>
                <w:szCs w:val="28"/>
              </w:rPr>
            </w:pPr>
            <w:r w:rsidRPr="004947FE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55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3237DB7" w14:textId="1EF8F2F5" w:rsidR="004947FE" w:rsidRPr="004947FE" w:rsidRDefault="004947FE" w:rsidP="00450B37">
            <w:pPr>
              <w:rPr>
                <w:b/>
                <w:bCs/>
                <w:sz w:val="28"/>
                <w:szCs w:val="28"/>
              </w:rPr>
            </w:pPr>
            <w:r w:rsidRPr="004947FE">
              <w:rPr>
                <w:b/>
                <w:bCs/>
                <w:sz w:val="28"/>
                <w:szCs w:val="28"/>
              </w:rPr>
              <w:t xml:space="preserve">      26</w:t>
            </w:r>
          </w:p>
        </w:tc>
      </w:tr>
      <w:tr w:rsidR="004947FE" w:rsidRPr="004947FE" w14:paraId="5E916B2E" w14:textId="0F8C683B" w:rsidTr="004947FE">
        <w:trPr>
          <w:jc w:val="center"/>
        </w:trPr>
        <w:tc>
          <w:tcPr>
            <w:tcW w:w="83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3D6C569" w14:textId="65D50159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2</w:t>
            </w:r>
          </w:p>
        </w:tc>
        <w:tc>
          <w:tcPr>
            <w:tcW w:w="337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160275B" w14:textId="0977AEB6" w:rsidR="004947FE" w:rsidRPr="004947FE" w:rsidRDefault="004947FE">
            <w:pPr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 xml:space="preserve">Lưu </w:t>
            </w:r>
            <w:proofErr w:type="spellStart"/>
            <w:r w:rsidRPr="004947FE">
              <w:rPr>
                <w:sz w:val="28"/>
                <w:szCs w:val="28"/>
              </w:rPr>
              <w:t>Tố</w:t>
            </w:r>
            <w:proofErr w:type="spellEnd"/>
            <w:r w:rsidRPr="004947FE">
              <w:rPr>
                <w:sz w:val="28"/>
                <w:szCs w:val="28"/>
              </w:rPr>
              <w:t xml:space="preserve"> Mai</w:t>
            </w:r>
          </w:p>
        </w:tc>
        <w:tc>
          <w:tcPr>
            <w:tcW w:w="1095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07F4644" w14:textId="711602CD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9.00</w:t>
            </w:r>
          </w:p>
        </w:tc>
        <w:tc>
          <w:tcPr>
            <w:tcW w:w="107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DB74F68" w14:textId="185DC580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8.75</w:t>
            </w:r>
          </w:p>
        </w:tc>
        <w:tc>
          <w:tcPr>
            <w:tcW w:w="110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C6E252B" w14:textId="6BB26F07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8.00</w:t>
            </w:r>
          </w:p>
        </w:tc>
        <w:tc>
          <w:tcPr>
            <w:tcW w:w="155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894C689" w14:textId="38C589A7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b/>
                <w:sz w:val="28"/>
                <w:szCs w:val="28"/>
              </w:rPr>
              <w:t>25.75</w:t>
            </w:r>
          </w:p>
        </w:tc>
      </w:tr>
      <w:tr w:rsidR="004947FE" w:rsidRPr="004947FE" w14:paraId="1962AB02" w14:textId="192B95D7" w:rsidTr="004947FE">
        <w:trPr>
          <w:jc w:val="center"/>
        </w:trPr>
        <w:tc>
          <w:tcPr>
            <w:tcW w:w="83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C9B5C1" w14:textId="6D52B338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3</w:t>
            </w:r>
          </w:p>
        </w:tc>
        <w:tc>
          <w:tcPr>
            <w:tcW w:w="337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44E721F" w14:textId="4B23EA16" w:rsidR="004947FE" w:rsidRPr="004947FE" w:rsidRDefault="004947FE">
            <w:pPr>
              <w:rPr>
                <w:sz w:val="28"/>
                <w:szCs w:val="28"/>
              </w:rPr>
            </w:pPr>
            <w:proofErr w:type="spellStart"/>
            <w:r w:rsidRPr="004947FE">
              <w:rPr>
                <w:sz w:val="28"/>
                <w:szCs w:val="28"/>
              </w:rPr>
              <w:t>Trần</w:t>
            </w:r>
            <w:proofErr w:type="spellEnd"/>
            <w:r w:rsidRPr="004947FE">
              <w:rPr>
                <w:sz w:val="28"/>
                <w:szCs w:val="28"/>
              </w:rPr>
              <w:t xml:space="preserve"> Quang Minh</w:t>
            </w:r>
          </w:p>
        </w:tc>
        <w:tc>
          <w:tcPr>
            <w:tcW w:w="1095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4B3A8D9" w14:textId="4E5A1FFB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8.75</w:t>
            </w:r>
          </w:p>
        </w:tc>
        <w:tc>
          <w:tcPr>
            <w:tcW w:w="107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6165FF" w14:textId="2805D19D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9</w:t>
            </w:r>
          </w:p>
        </w:tc>
        <w:tc>
          <w:tcPr>
            <w:tcW w:w="110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292C753" w14:textId="0147814C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8</w:t>
            </w:r>
          </w:p>
        </w:tc>
        <w:tc>
          <w:tcPr>
            <w:tcW w:w="155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3F56CFB" w14:textId="086A2A06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b/>
                <w:sz w:val="28"/>
                <w:szCs w:val="28"/>
              </w:rPr>
              <w:t>25.75</w:t>
            </w:r>
          </w:p>
        </w:tc>
      </w:tr>
      <w:tr w:rsidR="004947FE" w:rsidRPr="004947FE" w14:paraId="1CEDDFD1" w14:textId="77777777" w:rsidTr="004947FE">
        <w:trPr>
          <w:jc w:val="center"/>
        </w:trPr>
        <w:tc>
          <w:tcPr>
            <w:tcW w:w="83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EDA0C9" w14:textId="18B26840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4</w:t>
            </w:r>
          </w:p>
        </w:tc>
        <w:tc>
          <w:tcPr>
            <w:tcW w:w="337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A3E4AE9" w14:textId="0D2E8256" w:rsidR="004947FE" w:rsidRPr="004947FE" w:rsidRDefault="004947FE">
            <w:pPr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 xml:space="preserve">Lê Minh Thảo </w:t>
            </w:r>
            <w:proofErr w:type="spellStart"/>
            <w:r w:rsidRPr="004947FE">
              <w:rPr>
                <w:sz w:val="28"/>
                <w:szCs w:val="28"/>
              </w:rPr>
              <w:t>Diễm</w:t>
            </w:r>
            <w:proofErr w:type="spellEnd"/>
          </w:p>
        </w:tc>
        <w:tc>
          <w:tcPr>
            <w:tcW w:w="1095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2CCAB48" w14:textId="2E70DBE6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8.00</w:t>
            </w:r>
          </w:p>
        </w:tc>
        <w:tc>
          <w:tcPr>
            <w:tcW w:w="107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0D3AC72" w14:textId="475C4D97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9.00</w:t>
            </w:r>
          </w:p>
        </w:tc>
        <w:tc>
          <w:tcPr>
            <w:tcW w:w="110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38B493C" w14:textId="0BC14532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8.25</w:t>
            </w:r>
          </w:p>
        </w:tc>
        <w:tc>
          <w:tcPr>
            <w:tcW w:w="155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1856900" w14:textId="402CBB0F" w:rsidR="004947FE" w:rsidRPr="004947FE" w:rsidRDefault="004947FE">
            <w:pPr>
              <w:jc w:val="center"/>
              <w:rPr>
                <w:b/>
                <w:sz w:val="28"/>
                <w:szCs w:val="28"/>
              </w:rPr>
            </w:pPr>
            <w:r w:rsidRPr="004947FE">
              <w:rPr>
                <w:b/>
                <w:sz w:val="28"/>
                <w:szCs w:val="28"/>
              </w:rPr>
              <w:t>25.25</w:t>
            </w:r>
          </w:p>
        </w:tc>
      </w:tr>
      <w:tr w:rsidR="004947FE" w:rsidRPr="004947FE" w14:paraId="0538E4A6" w14:textId="3FDD49D2" w:rsidTr="004947FE">
        <w:trPr>
          <w:jc w:val="center"/>
        </w:trPr>
        <w:tc>
          <w:tcPr>
            <w:tcW w:w="83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9472CB0" w14:textId="78AE0679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5</w:t>
            </w:r>
          </w:p>
        </w:tc>
        <w:tc>
          <w:tcPr>
            <w:tcW w:w="337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8A4849" w14:textId="43B5CAE3" w:rsidR="004947FE" w:rsidRPr="004947FE" w:rsidRDefault="004947FE">
            <w:pPr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Nguyễn Xuân Khải</w:t>
            </w:r>
          </w:p>
        </w:tc>
        <w:tc>
          <w:tcPr>
            <w:tcW w:w="1095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E7B9BDB" w14:textId="2B6F54FA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8.50</w:t>
            </w:r>
          </w:p>
        </w:tc>
        <w:tc>
          <w:tcPr>
            <w:tcW w:w="107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16F65A" w14:textId="6E690A98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8.50</w:t>
            </w:r>
          </w:p>
        </w:tc>
        <w:tc>
          <w:tcPr>
            <w:tcW w:w="110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F5B3B6" w14:textId="39BC3347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8.25</w:t>
            </w:r>
          </w:p>
        </w:tc>
        <w:tc>
          <w:tcPr>
            <w:tcW w:w="155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FC1EDE" w14:textId="6714459A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b/>
                <w:sz w:val="28"/>
                <w:szCs w:val="28"/>
              </w:rPr>
              <w:t>25.25</w:t>
            </w:r>
          </w:p>
        </w:tc>
      </w:tr>
      <w:tr w:rsidR="004947FE" w:rsidRPr="004947FE" w14:paraId="12EB8EF7" w14:textId="06F575F1" w:rsidTr="004947FE">
        <w:trPr>
          <w:jc w:val="center"/>
        </w:trPr>
        <w:tc>
          <w:tcPr>
            <w:tcW w:w="83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A8580B" w14:textId="4A6ABC09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6</w:t>
            </w:r>
          </w:p>
        </w:tc>
        <w:tc>
          <w:tcPr>
            <w:tcW w:w="337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46907D" w14:textId="34ABF192" w:rsidR="004947FE" w:rsidRPr="004947FE" w:rsidRDefault="004947FE">
            <w:pPr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Nguyễn Xuân Đức</w:t>
            </w:r>
          </w:p>
        </w:tc>
        <w:tc>
          <w:tcPr>
            <w:tcW w:w="1095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C9B7ED" w14:textId="508211FB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8.25</w:t>
            </w:r>
          </w:p>
        </w:tc>
        <w:tc>
          <w:tcPr>
            <w:tcW w:w="107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A1D57E" w14:textId="66600459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8.25</w:t>
            </w:r>
          </w:p>
        </w:tc>
        <w:tc>
          <w:tcPr>
            <w:tcW w:w="110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8806D0" w14:textId="133175CB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8.25</w:t>
            </w:r>
          </w:p>
        </w:tc>
        <w:tc>
          <w:tcPr>
            <w:tcW w:w="155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67A0A58" w14:textId="41F10C79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b/>
                <w:sz w:val="28"/>
                <w:szCs w:val="28"/>
              </w:rPr>
              <w:t>24.75</w:t>
            </w:r>
          </w:p>
        </w:tc>
      </w:tr>
      <w:tr w:rsidR="004947FE" w:rsidRPr="004947FE" w14:paraId="5579E171" w14:textId="35C6D2BF" w:rsidTr="004947FE">
        <w:trPr>
          <w:jc w:val="center"/>
        </w:trPr>
        <w:tc>
          <w:tcPr>
            <w:tcW w:w="83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1D847A9" w14:textId="0B78EEEC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7</w:t>
            </w:r>
          </w:p>
        </w:tc>
        <w:tc>
          <w:tcPr>
            <w:tcW w:w="337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1420580" w14:textId="38E63D68" w:rsidR="004947FE" w:rsidRPr="004947FE" w:rsidRDefault="004947FE">
            <w:pPr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Nguyễn Tài Tùng</w:t>
            </w:r>
          </w:p>
        </w:tc>
        <w:tc>
          <w:tcPr>
            <w:tcW w:w="1095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57F6A2" w14:textId="07FEE632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8.00</w:t>
            </w:r>
          </w:p>
        </w:tc>
        <w:tc>
          <w:tcPr>
            <w:tcW w:w="107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79D68A9" w14:textId="7F1CA5FE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8.25</w:t>
            </w:r>
          </w:p>
        </w:tc>
        <w:tc>
          <w:tcPr>
            <w:tcW w:w="110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CC503FF" w14:textId="68251D3D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8.5</w:t>
            </w:r>
          </w:p>
        </w:tc>
        <w:tc>
          <w:tcPr>
            <w:tcW w:w="155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D3716FE" w14:textId="0FAB1916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b/>
                <w:sz w:val="28"/>
                <w:szCs w:val="28"/>
              </w:rPr>
              <w:t>24.75</w:t>
            </w:r>
          </w:p>
        </w:tc>
      </w:tr>
      <w:tr w:rsidR="004947FE" w:rsidRPr="004947FE" w14:paraId="36A09C7E" w14:textId="52274F65" w:rsidTr="004947FE">
        <w:trPr>
          <w:jc w:val="center"/>
        </w:trPr>
        <w:tc>
          <w:tcPr>
            <w:tcW w:w="83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CA9DB8" w14:textId="7705EA98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8</w:t>
            </w:r>
          </w:p>
        </w:tc>
        <w:tc>
          <w:tcPr>
            <w:tcW w:w="337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11645F" w14:textId="157C789A" w:rsidR="004947FE" w:rsidRPr="004947FE" w:rsidRDefault="004947FE">
            <w:pPr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 xml:space="preserve">Phạm </w:t>
            </w:r>
            <w:proofErr w:type="spellStart"/>
            <w:r w:rsidRPr="004947FE">
              <w:rPr>
                <w:sz w:val="28"/>
                <w:szCs w:val="28"/>
              </w:rPr>
              <w:t>Đăng</w:t>
            </w:r>
            <w:proofErr w:type="spellEnd"/>
            <w:r w:rsidRPr="004947FE">
              <w:rPr>
                <w:sz w:val="28"/>
                <w:szCs w:val="28"/>
              </w:rPr>
              <w:t xml:space="preserve"> Minh</w:t>
            </w:r>
          </w:p>
        </w:tc>
        <w:tc>
          <w:tcPr>
            <w:tcW w:w="1095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1739988" w14:textId="293F03DA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8.25</w:t>
            </w:r>
          </w:p>
        </w:tc>
        <w:tc>
          <w:tcPr>
            <w:tcW w:w="107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D5E12D" w14:textId="1110FAF6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8.00</w:t>
            </w:r>
          </w:p>
        </w:tc>
        <w:tc>
          <w:tcPr>
            <w:tcW w:w="110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2C7567" w14:textId="28F02E57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sz w:val="28"/>
                <w:szCs w:val="28"/>
              </w:rPr>
              <w:t>8.00</w:t>
            </w:r>
          </w:p>
        </w:tc>
        <w:tc>
          <w:tcPr>
            <w:tcW w:w="155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6A0EC94" w14:textId="6324BC82" w:rsidR="004947FE" w:rsidRPr="004947FE" w:rsidRDefault="004947FE">
            <w:pPr>
              <w:jc w:val="center"/>
              <w:rPr>
                <w:sz w:val="28"/>
                <w:szCs w:val="28"/>
              </w:rPr>
            </w:pPr>
            <w:r w:rsidRPr="004947FE">
              <w:rPr>
                <w:b/>
                <w:sz w:val="28"/>
                <w:szCs w:val="28"/>
              </w:rPr>
              <w:t>24.25</w:t>
            </w:r>
          </w:p>
        </w:tc>
      </w:tr>
      <w:tr w:rsidR="004947FE" w:rsidRPr="004947FE" w14:paraId="06A6FE71" w14:textId="15286BF5" w:rsidTr="004947FE">
        <w:trPr>
          <w:jc w:val="center"/>
        </w:trPr>
        <w:tc>
          <w:tcPr>
            <w:tcW w:w="83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AA0667D" w14:textId="2E468365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9</w:t>
            </w:r>
          </w:p>
        </w:tc>
        <w:tc>
          <w:tcPr>
            <w:tcW w:w="337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688A5A7" w14:textId="0B4A2235" w:rsidR="004947FE" w:rsidRPr="006A799C" w:rsidRDefault="004947FE">
            <w:pPr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Nguyễn Thị Quỳnh Giang</w:t>
            </w:r>
          </w:p>
        </w:tc>
        <w:tc>
          <w:tcPr>
            <w:tcW w:w="1095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D3036A0" w14:textId="52EBA749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8.50</w:t>
            </w:r>
          </w:p>
        </w:tc>
        <w:tc>
          <w:tcPr>
            <w:tcW w:w="107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DAC7257" w14:textId="686A37BA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8.50</w:t>
            </w:r>
          </w:p>
        </w:tc>
        <w:tc>
          <w:tcPr>
            <w:tcW w:w="110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BAB41C1" w14:textId="782F1A55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7.75</w:t>
            </w:r>
          </w:p>
        </w:tc>
        <w:tc>
          <w:tcPr>
            <w:tcW w:w="155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067444" w14:textId="3E141667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b/>
                <w:sz w:val="28"/>
                <w:szCs w:val="28"/>
              </w:rPr>
              <w:t>24.75</w:t>
            </w:r>
          </w:p>
        </w:tc>
      </w:tr>
      <w:tr w:rsidR="004947FE" w:rsidRPr="004947FE" w14:paraId="68AC4CA7" w14:textId="77777777" w:rsidTr="004947FE">
        <w:trPr>
          <w:jc w:val="center"/>
        </w:trPr>
        <w:tc>
          <w:tcPr>
            <w:tcW w:w="83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1B27CD" w14:textId="3CE738A8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10</w:t>
            </w:r>
          </w:p>
        </w:tc>
        <w:tc>
          <w:tcPr>
            <w:tcW w:w="337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ED2CCF8" w14:textId="32938C44" w:rsidR="004947FE" w:rsidRPr="006A799C" w:rsidRDefault="004947FE">
            <w:pPr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 xml:space="preserve">Phùng Phương </w:t>
            </w:r>
            <w:proofErr w:type="spellStart"/>
            <w:r w:rsidRPr="006A799C">
              <w:rPr>
                <w:sz w:val="28"/>
                <w:szCs w:val="28"/>
              </w:rPr>
              <w:t>Thúy</w:t>
            </w:r>
            <w:proofErr w:type="spellEnd"/>
          </w:p>
        </w:tc>
        <w:tc>
          <w:tcPr>
            <w:tcW w:w="1095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0E3CB4" w14:textId="5CE83FD6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8.50</w:t>
            </w:r>
          </w:p>
        </w:tc>
        <w:tc>
          <w:tcPr>
            <w:tcW w:w="107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53BB3E9" w14:textId="1739C0CF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8.75</w:t>
            </w:r>
          </w:p>
        </w:tc>
        <w:tc>
          <w:tcPr>
            <w:tcW w:w="110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E71C87C" w14:textId="4D08A072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7.5</w:t>
            </w:r>
          </w:p>
        </w:tc>
        <w:tc>
          <w:tcPr>
            <w:tcW w:w="155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E252AE5" w14:textId="213F66B7" w:rsidR="004947FE" w:rsidRPr="006A799C" w:rsidRDefault="004947FE">
            <w:pPr>
              <w:jc w:val="center"/>
              <w:rPr>
                <w:b/>
                <w:sz w:val="28"/>
                <w:szCs w:val="28"/>
              </w:rPr>
            </w:pPr>
            <w:r w:rsidRPr="006A799C">
              <w:rPr>
                <w:b/>
                <w:sz w:val="28"/>
                <w:szCs w:val="28"/>
              </w:rPr>
              <w:t>24.75</w:t>
            </w:r>
          </w:p>
        </w:tc>
      </w:tr>
      <w:tr w:rsidR="004947FE" w:rsidRPr="004947FE" w14:paraId="7FAAF7DF" w14:textId="77777777" w:rsidTr="004947FE">
        <w:trPr>
          <w:jc w:val="center"/>
        </w:trPr>
        <w:tc>
          <w:tcPr>
            <w:tcW w:w="83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E6FE6C" w14:textId="653A640F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37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2BB5D16" w14:textId="4CC16471" w:rsidR="004947FE" w:rsidRPr="006A799C" w:rsidRDefault="004947FE">
            <w:pPr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Nguyễn Sơn Tùng</w:t>
            </w:r>
          </w:p>
        </w:tc>
        <w:tc>
          <w:tcPr>
            <w:tcW w:w="1095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EEE563" w14:textId="09795C71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8.50</w:t>
            </w:r>
          </w:p>
        </w:tc>
        <w:tc>
          <w:tcPr>
            <w:tcW w:w="107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E30358" w14:textId="1AE1485E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8.25</w:t>
            </w:r>
          </w:p>
        </w:tc>
        <w:tc>
          <w:tcPr>
            <w:tcW w:w="110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30434E4" w14:textId="38398D82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7.75</w:t>
            </w:r>
          </w:p>
        </w:tc>
        <w:tc>
          <w:tcPr>
            <w:tcW w:w="155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36DD44A" w14:textId="448C54D1" w:rsidR="004947FE" w:rsidRPr="006A799C" w:rsidRDefault="004947FE">
            <w:pPr>
              <w:jc w:val="center"/>
              <w:rPr>
                <w:b/>
                <w:sz w:val="28"/>
                <w:szCs w:val="28"/>
              </w:rPr>
            </w:pPr>
            <w:r w:rsidRPr="006A799C">
              <w:rPr>
                <w:b/>
                <w:sz w:val="28"/>
                <w:szCs w:val="28"/>
              </w:rPr>
              <w:t>24.50</w:t>
            </w:r>
          </w:p>
        </w:tc>
      </w:tr>
      <w:tr w:rsidR="004947FE" w:rsidRPr="004947FE" w14:paraId="24BE966C" w14:textId="77777777" w:rsidTr="004947FE">
        <w:trPr>
          <w:jc w:val="center"/>
        </w:trPr>
        <w:tc>
          <w:tcPr>
            <w:tcW w:w="83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4AC72F" w14:textId="61A88E06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12</w:t>
            </w:r>
          </w:p>
        </w:tc>
        <w:tc>
          <w:tcPr>
            <w:tcW w:w="337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C82293" w14:textId="0A4691CC" w:rsidR="004947FE" w:rsidRPr="006A799C" w:rsidRDefault="004947FE">
            <w:pPr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Bùi Lâm Hùng</w:t>
            </w:r>
          </w:p>
        </w:tc>
        <w:tc>
          <w:tcPr>
            <w:tcW w:w="1095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E34CB2" w14:textId="2B3E3BD0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8.25</w:t>
            </w:r>
          </w:p>
        </w:tc>
        <w:tc>
          <w:tcPr>
            <w:tcW w:w="107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6024D0F" w14:textId="37CD0927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7.50</w:t>
            </w:r>
          </w:p>
        </w:tc>
        <w:tc>
          <w:tcPr>
            <w:tcW w:w="110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533728" w14:textId="7E262741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8.50</w:t>
            </w:r>
          </w:p>
        </w:tc>
        <w:tc>
          <w:tcPr>
            <w:tcW w:w="155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077B2EC" w14:textId="21114D5F" w:rsidR="004947FE" w:rsidRPr="006A799C" w:rsidRDefault="004947FE">
            <w:pPr>
              <w:jc w:val="center"/>
              <w:rPr>
                <w:b/>
                <w:sz w:val="28"/>
                <w:szCs w:val="28"/>
              </w:rPr>
            </w:pPr>
            <w:r w:rsidRPr="006A799C">
              <w:rPr>
                <w:b/>
                <w:sz w:val="28"/>
                <w:szCs w:val="28"/>
              </w:rPr>
              <w:t>24.25</w:t>
            </w:r>
          </w:p>
        </w:tc>
      </w:tr>
      <w:tr w:rsidR="004947FE" w:rsidRPr="004947FE" w14:paraId="1CD3CB75" w14:textId="77777777" w:rsidTr="004947FE">
        <w:trPr>
          <w:jc w:val="center"/>
        </w:trPr>
        <w:tc>
          <w:tcPr>
            <w:tcW w:w="830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FF8DDB7" w14:textId="0E237CAB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13</w:t>
            </w:r>
          </w:p>
        </w:tc>
        <w:tc>
          <w:tcPr>
            <w:tcW w:w="337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95EAF04" w14:textId="7F55CC79" w:rsidR="004947FE" w:rsidRPr="006A799C" w:rsidRDefault="004947FE">
            <w:pPr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Nguyễn Phạm Quỳnh Chi</w:t>
            </w:r>
          </w:p>
        </w:tc>
        <w:tc>
          <w:tcPr>
            <w:tcW w:w="1095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06CF7E9" w14:textId="7ED405A0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8.75</w:t>
            </w:r>
          </w:p>
        </w:tc>
        <w:tc>
          <w:tcPr>
            <w:tcW w:w="1071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F6F55BF" w14:textId="7D33070D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8.00</w:t>
            </w:r>
          </w:p>
        </w:tc>
        <w:tc>
          <w:tcPr>
            <w:tcW w:w="1107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3971C2" w14:textId="71AE8508" w:rsidR="004947FE" w:rsidRPr="006A799C" w:rsidRDefault="004947FE">
            <w:pPr>
              <w:jc w:val="center"/>
              <w:rPr>
                <w:sz w:val="28"/>
                <w:szCs w:val="28"/>
              </w:rPr>
            </w:pPr>
            <w:r w:rsidRPr="006A799C">
              <w:rPr>
                <w:sz w:val="28"/>
                <w:szCs w:val="28"/>
              </w:rPr>
              <w:t>7.50</w:t>
            </w:r>
          </w:p>
        </w:tc>
        <w:tc>
          <w:tcPr>
            <w:tcW w:w="1552" w:type="dxa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CDD7C0" w14:textId="47D4E267" w:rsidR="004947FE" w:rsidRPr="006A799C" w:rsidRDefault="004947FE">
            <w:pPr>
              <w:jc w:val="center"/>
              <w:rPr>
                <w:b/>
                <w:sz w:val="28"/>
                <w:szCs w:val="28"/>
              </w:rPr>
            </w:pPr>
            <w:r w:rsidRPr="006A799C">
              <w:rPr>
                <w:b/>
                <w:sz w:val="28"/>
                <w:szCs w:val="28"/>
              </w:rPr>
              <w:t>24.25</w:t>
            </w:r>
          </w:p>
        </w:tc>
      </w:tr>
    </w:tbl>
    <w:p w14:paraId="7DA50E05" w14:textId="77777777" w:rsidR="004947FE" w:rsidRDefault="004947FE" w:rsidP="004947FE">
      <w:pPr>
        <w:spacing w:after="0"/>
      </w:pPr>
    </w:p>
    <w:p w14:paraId="0CA6DD81" w14:textId="1F8C271E" w:rsidR="004947FE" w:rsidRPr="00546262" w:rsidRDefault="004947FE" w:rsidP="004947FE">
      <w:pPr>
        <w:spacing w:after="0"/>
        <w:ind w:left="5040" w:firstLine="720"/>
        <w:jc w:val="center"/>
        <w:rPr>
          <w:b/>
          <w:bCs/>
          <w:i/>
          <w:iCs/>
          <w:sz w:val="28"/>
          <w:szCs w:val="28"/>
        </w:rPr>
      </w:pPr>
      <w:r w:rsidRPr="00546262">
        <w:rPr>
          <w:b/>
          <w:bCs/>
          <w:i/>
          <w:iCs/>
          <w:sz w:val="28"/>
          <w:szCs w:val="28"/>
        </w:rPr>
        <w:t>TM NHÀ TRƯỜNG</w:t>
      </w:r>
    </w:p>
    <w:p w14:paraId="4F7BEF32" w14:textId="525D5F9A" w:rsidR="009C4443" w:rsidRPr="00546262" w:rsidRDefault="00546262" w:rsidP="004947FE">
      <w:pPr>
        <w:spacing w:after="0"/>
        <w:ind w:left="5040" w:firstLine="72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THẦY </w:t>
      </w:r>
      <w:r w:rsidR="004947FE" w:rsidRPr="00546262">
        <w:rPr>
          <w:b/>
          <w:bCs/>
          <w:i/>
          <w:iCs/>
          <w:sz w:val="28"/>
          <w:szCs w:val="28"/>
        </w:rPr>
        <w:t>HIỆU TRƯỞNG</w:t>
      </w:r>
    </w:p>
    <w:p w14:paraId="4F010981" w14:textId="6143FD7D" w:rsidR="004947FE" w:rsidRPr="004947FE" w:rsidRDefault="004947FE" w:rsidP="004947FE">
      <w:pPr>
        <w:spacing w:before="480"/>
        <w:ind w:left="5760"/>
        <w:rPr>
          <w:sz w:val="28"/>
          <w:szCs w:val="28"/>
        </w:rPr>
      </w:pPr>
      <w:r>
        <w:t xml:space="preserve">                         </w:t>
      </w:r>
      <w:proofErr w:type="spellStart"/>
      <w:r w:rsidRPr="004947FE">
        <w:rPr>
          <w:sz w:val="28"/>
          <w:szCs w:val="28"/>
        </w:rPr>
        <w:t>Tạ</w:t>
      </w:r>
      <w:proofErr w:type="spellEnd"/>
      <w:r w:rsidRPr="004947FE">
        <w:rPr>
          <w:sz w:val="28"/>
          <w:szCs w:val="28"/>
        </w:rPr>
        <w:t xml:space="preserve"> Quang </w:t>
      </w:r>
      <w:proofErr w:type="spellStart"/>
      <w:r w:rsidRPr="004947FE">
        <w:rPr>
          <w:sz w:val="28"/>
          <w:szCs w:val="28"/>
        </w:rPr>
        <w:t>Luyện</w:t>
      </w:r>
      <w:proofErr w:type="spellEnd"/>
    </w:p>
    <w:tbl>
      <w:tblPr>
        <w:tblW w:w="10863" w:type="dxa"/>
        <w:jc w:val="center"/>
        <w:tblLayout w:type="fixed"/>
        <w:tblLook w:val="04A0" w:firstRow="1" w:lastRow="0" w:firstColumn="1" w:lastColumn="0" w:noHBand="0" w:noVBand="1"/>
      </w:tblPr>
      <w:tblGrid>
        <w:gridCol w:w="5463"/>
        <w:gridCol w:w="5400"/>
      </w:tblGrid>
      <w:tr w:rsidR="009C4443" w14:paraId="520F2048" w14:textId="77777777" w:rsidTr="004947FE">
        <w:trPr>
          <w:jc w:val="center"/>
        </w:trPr>
        <w:tc>
          <w:tcPr>
            <w:tcW w:w="5463" w:type="dxa"/>
          </w:tcPr>
          <w:p w14:paraId="60942934" w14:textId="043CE305" w:rsidR="009C4443" w:rsidRDefault="009C4443">
            <w:pPr>
              <w:spacing w:line="288" w:lineRule="auto"/>
              <w:jc w:val="center"/>
            </w:pPr>
          </w:p>
        </w:tc>
        <w:tc>
          <w:tcPr>
            <w:tcW w:w="5400" w:type="dxa"/>
          </w:tcPr>
          <w:p w14:paraId="2EFD9A24" w14:textId="54636595" w:rsidR="009C4443" w:rsidRDefault="009C4443">
            <w:pPr>
              <w:spacing w:line="288" w:lineRule="auto"/>
              <w:jc w:val="center"/>
            </w:pPr>
          </w:p>
        </w:tc>
      </w:tr>
    </w:tbl>
    <w:p w14:paraId="295655C1" w14:textId="77777777" w:rsidR="00B01899" w:rsidRDefault="00B01899"/>
    <w:sectPr w:rsidR="00B01899" w:rsidSect="0003461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9161328">
    <w:abstractNumId w:val="8"/>
  </w:num>
  <w:num w:numId="2" w16cid:durableId="295841227">
    <w:abstractNumId w:val="6"/>
  </w:num>
  <w:num w:numId="3" w16cid:durableId="1952004804">
    <w:abstractNumId w:val="5"/>
  </w:num>
  <w:num w:numId="4" w16cid:durableId="1214732098">
    <w:abstractNumId w:val="4"/>
  </w:num>
  <w:num w:numId="5" w16cid:durableId="1738822421">
    <w:abstractNumId w:val="7"/>
  </w:num>
  <w:num w:numId="6" w16cid:durableId="1777751945">
    <w:abstractNumId w:val="3"/>
  </w:num>
  <w:num w:numId="7" w16cid:durableId="1860704497">
    <w:abstractNumId w:val="2"/>
  </w:num>
  <w:num w:numId="8" w16cid:durableId="2089112975">
    <w:abstractNumId w:val="1"/>
  </w:num>
  <w:num w:numId="9" w16cid:durableId="701170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023E"/>
    <w:rsid w:val="0015074B"/>
    <w:rsid w:val="00212C00"/>
    <w:rsid w:val="0029639D"/>
    <w:rsid w:val="00326F90"/>
    <w:rsid w:val="00450B37"/>
    <w:rsid w:val="004947FE"/>
    <w:rsid w:val="00546262"/>
    <w:rsid w:val="006A799C"/>
    <w:rsid w:val="007C2309"/>
    <w:rsid w:val="008A3B6C"/>
    <w:rsid w:val="009C4443"/>
    <w:rsid w:val="00AA1D8D"/>
    <w:rsid w:val="00B01899"/>
    <w:rsid w:val="00B47730"/>
    <w:rsid w:val="00CB0664"/>
    <w:rsid w:val="00E5548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6A8D14"/>
  <w14:defaultImageDpi w14:val="300"/>
  <w15:docId w15:val="{83268912-2D43-4FA3-99AA-023A8DBD4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3</cp:revision>
  <cp:lastPrinted>2026-06-30T09:36:00Z</cp:lastPrinted>
  <dcterms:created xsi:type="dcterms:W3CDTF">2026-06-30T10:16:00Z</dcterms:created>
  <dcterms:modified xsi:type="dcterms:W3CDTF">2026-07-01T02:37:00Z</dcterms:modified>
  <cp:category/>
</cp:coreProperties>
</file>